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סוגות, הבנה והערכה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סוגות טקסט שונות ואת המאפיינים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 טקסט מפעיל, טקסט בלתי רציף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המשלב הלשוני והמטרה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טבלה או תרשים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 אפשר לבדוק את הטענה במציאות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צירוף מילים שמשמעותו שונה מהמשמעות המילולית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מכתב רשמי נכתב לגורם רשמי במשלב לשוני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סדר השלבים הכרחי כדי לבצע את הפעולה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דעה היא עמדה אישית שלא תמיד ניתן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מרכיב מרכזי במבנה הסיפורי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הרגילה של פתגם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בלתי 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הסוגה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(נכתב לחבר או לבן משפחה במשלב יומיומי)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(כולל רשימת ציוד ושלבים ממוספרים)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 לטקסט בלתי רציף)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(משפט קצר הנושא מוסר השכל)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רקע - היכרות עם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- משהו משתבש בעולם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ניסיונות - הדמות מנסה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הרגע המתוח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פתרון - הבעיה נפתרת ומגיע מסר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 שעובדה ניתנת לבדיקה ודעה היא עמדה אישית, ומביא/ה דוגמה מתאימה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בוחר סוגה ומסביר בקצרה את הקשר בין מבנה הטקסט למטרתו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טבלה, תרשים, מפה או 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ציוד ושלבים ממוספרים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קצרות מהכיתה לכל סוגה ולבקש מהתלמידים לזהות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ה-match וה-order מומלץ לעבוד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סוגות, הבנה והערכה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של סוגות טקסט שונות כמו מכתב, טקסט מפעיל, טקסט בלתי רציף וסיפור, ונלמד להבחין בין עובדה לדעה.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כולל שלבים ממוספרים ופעלים כמו "ערבבו" ו"הוסיפו"?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מבדיל בעיקר בין מכתב אישי למכתב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המשלב הלשוני והמטרה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טקסט בלתי רציף הוא למשל: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טבלה או תרשים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כדי להבחין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המשפט מתחיל באות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אפשר לבדוק את הטענה במציאות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המילים בפסקה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מילים שמשמעותו שונה מהמשמעות המילולית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שמביע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על 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בהוראות הפעלה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רשמי נכתב בדרך כלל לחבר קרוב.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מפעיל חשוב לכתוב את השלבים לפי 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טענה שאפשר לבדוק אותה בעובדות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יש בדרך כלל בעיה שהדמות מנסה לפתור.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פתגם הוא משפט קצר שמוביל מוסר השכל ועובר מדור לדור.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במכתב רשמי כותבים את הכתובת ואת ה__________ בראש המכתב.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מפעיל כמו מתכון חשוב לציין את ה__________ הדרוש לפני תחילת ההכנה.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טבלה, תרשים ומפה הם דוגמאות לטקסט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שאפשר לבדוק אם הוא נכון או לא נכון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צירוף מילים קבוע שמשמעותו שונה מהמשמעות המילולית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הסוגה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לטקסט בלתי רציף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קצר הנושא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נכתב לחבר או לבן משפחה במשלב יומיומי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כולל רשימת ציוד ושלבים ממוספרים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- הבעיה נפתרת ומגיע מסר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רקע - היכרות עם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- משהו משתבש בעולם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ניסיונות - הדמות מנסה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תסבירו איך אפשר לזהות אם משפט הוא עובדה או דעה, והביאו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סוגה אחת מהדף (מכתב, טקסט מפעיל או סיפור) והסבירו במילים שלכם למה היא מתאימה למטרה מסוימת.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לטקסט בלתי רציף.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מרכיבים שחייבים להיות בטקסט מפעיל?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סוגות, הבנה והערכה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