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סוגות, הבנה והערכה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סוגות טקסט שונות ואת המאפיינים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מרכיבי טקסט מפעיל, טקסט בלתי רציף וסיפור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מתכון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המשלב הלשוני והמטרה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טבלה או תרשים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האם אפשר לבדוק את הטענה במציאות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צירוף מילים שמשמעותו שונה מהמשמעות המילולית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מכתב רשמי נכתב לגורם רשמי במשלב לשוני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סדר השלבים הכרחי כדי לבצע את הפעולה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דעה היא עמדה אישית שלא תמיד ניתן לבדוק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מרכיב מרכזי במבנה הסיפורי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הרגילה של פתגם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בלתי רציף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הסוגה למאפיין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(נכתב לחבר או לבן משפחה במשלב יומיומי)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(כולל רשימת ציוד ושלבים ממוספרים)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(דוגמה לטקסט בלתי רציף)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(משפט קצר הנושא מוסר השכל)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רקע - היכרות עם הדמויות והמקום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בעיה - משהו משתבש בעולם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ניסיונות - הדמות מנסה לפתור את הבעיה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שיא - הרגע המתוח ביותר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פתרון - הבעיה נפתרת ומגיע מסר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מסביר שעובדה ניתנת לבדיקה ודעה היא עמדה אישית, ומביא/ה דוגמה מתאימה לכל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התלמיד/ה בוחר סוגה ומסביר בקצרה את הקשר בין מבנה הטקסט למטרתו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ניתנת לבדיקה, דעה היא עמדה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טבלה, תרשים, מפה או מודעה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ציוד ושלבים ממוספרים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דוגמאות קצרות מהכיתה לכל סוגה ולבקש מהתלמידים לזהות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ה-match וה-order מומלץ לעבוד בזוגות לפני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סוגות, הבנה והערכה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נלמד להכיר סוגים שונים של טקסטים: מכתב, מתכון, טבלה וסיפור. גם נלמד מה ההבדל בין עובדה לדעה.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של טקסט לפי המטרה והמבנה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מכתב רשמי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שכותבים לגורם רשמי, במשלב לשוני גבוה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מפעיל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שמנחה איך לבצע פעולה, בשלבים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בלתי רציף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שאינו רצף משפטים, כמו טבלה או תרשים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שאפשר לבדוק אם הוא נכון או לא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עמדה אישית שלא תמיד אפשר לבדוק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מילים קבוע עם משמעות שונה מהמילולית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פתגם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שנושא מוסר השכל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יש שלבים ממוספרים כמו בבישול?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שונה בין מכתב לחבר למכתב לרשות?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הצבע של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המשלב הלשוני והמטרה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האורך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טקסט נראה כמו טבלה?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טבלה או תרשים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יודעים אם משפט הוא עובדה?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 המשפט מתחיל באות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אפשר לבדוק את הטענה במציאות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אורך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המילים בפסקה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ניב בשפה?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צירוף מילים שמשמעותו שונה מהמשמעות המילולית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שמביע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כתובת על מעטפה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שלב בהוראות הפעלה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רשמי נכתב בדרך כלל לחבר קרוב.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מפעיל חשוב לכתוב את השלבים לפי סדר.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היא טענה שאפשר לבדוק אותה בעובדות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יש בדרך כלל בעיה שהדמות מנסה לפתור.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פתגם הוא משפט קצר שמוביל מוסר השכל ועובר מדור לדור.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במכתב רשמי כותבים את הכתובת ואת ה__________ בראש המכתב.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בטקסט מפעיל כמו מתכון חשוב לציין את ה__________ הדרוש לפני תחילת ההכנה.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טבלה, תרשים ומפה הם דוגמאות לטקסט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משפט שאפשר לבדוק אם הוא נכון או לא נכון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צירוף מילים קבוע שמשמעותו שונה מהמשמעות המילולית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הסוגה למאפיין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מכתב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משפט קצר הנושא מוסר השכל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מתכון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דוגמה לטקסט בלתי רציף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כולל רשימת ציוד ושלבים ממוספרים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פתגם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נכתב לחבר או לבן משפחה במשלב יומיומי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בעיה - משהו משתבש בעולם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ניסיונות - הדמות מנסה לפתור את הבעיה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פתרון - הבעיה נפתרת ומגיע מסר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רקע - היכרות עם הדמויות והמקום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שיא - הרגע המתוח ביותר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והערכה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שבה תסבירו איך אפשר לזהות אם משפט הוא עובדה או דעה, והביאו דוגמה אחת לכל סוג.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סוגה אחת מהדף (מכתב, טקסט מפעיל או סיפור) והסבירו במילים שלכם למה היא מתאימה למטרה מסוימת.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עובדה לדעה?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לטקסט בלתי רציף.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מרכיבים שחייבים להיות בטקסט מפעיל?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סוגות, הבנה והערכה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