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עולם הלשון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סוגות, הבנה והערכה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סוגות טקסט שונות ואת המאפיינים שלהן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עובדה לדעה בטקסט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מרכיבי טקסט מפעיל, טקסט בלתי רציף וסיפור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סוגות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מתכון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טבלה או תרשים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מכתב רשמי נכתב לגורם רשמי במשלב לשוני גבוה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סדר השלבים הכרחי כדי לבצע את הפעולה נכון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תאריך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ציוד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הסוגה למאפיין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(נכתב לחבר או לבן משפחה במשלב יומיומי)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(דוגמה לטקסט בלתי רציף)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רקע - היכרות עם הדמויות והמקום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בעיה - משהו משתבש בעולם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שיא - הרגע המתוח ביותר בסיפור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פתרון - הבעיה נפתרת ומגיע מסר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והערכה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התלמיד/ה מסביר שעובדה ניתנת לבדיקה ודעה היא עמדה אישית, ומביא/ה דוגמה מתאימה לכל אחת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עובדה ניתנת לבדיקה, דעה היא עמדה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טבלה, תרשים, מפה או מודעה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ציוד ושלבים ממוספרים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להביא דוגמאות קצרות מהכיתה לכל סוגה ולבקש מהתלמידים לזהות אותה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ה-match וה-order מומלץ לעבוד בזוגות לפני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עולם הלשון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סוגות, הבנה והערכה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נתרגל זיהוי של סוגות טקסט שונות כמו מכתב, טקסט מפעיל, טקסט בלתי רציף וסיפור, ונלמד להבחין בין עובדה לדעה.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ציוד  ·  תאריך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זיהוי סוגות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איזה טקסט כולל שלבים ממוספרים ופעלים כמו "ערבבו" ו"הוסיפו"?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מכתב אישי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מתכון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טקסט בלתי רציף הוא למשל: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סיפור קצר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טבלה או תרשים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שיר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מכתב רשמי נכתב בדרך כלל לחבר קרוב.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בטקסט מפעיל חשוב לכתוב את השלבים לפי סדר.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במכתב רשמי כותבים את הכתובת ואת ה__________ בראש המכתב.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בטקסט מפעיל כמו מתכון חשוב לציין את ה__________ הדרוש לפני תחילת ההכנה.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בין הסוגה למאפיין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מכתב אישי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דוגמה לטקסט בלתי רציף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טבלה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נכתב לחבר או לבן משפחה במשלב יומיומי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שלבי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פתרון - הבעיה נפתרת ומגיע מסר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שיא - הרגע המתוח ביותר בסיפור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רקע - היכרות עם הדמויות והמקום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בעיה - משהו משתבש בעולם הסיפור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והערכה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פסקה קצרה שבה תסבירו איך אפשר לזהות אם משפט הוא עובדה או דעה, והביאו דוגמה אחת לכל סוג.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עובדה לדעה?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אחת לטקסט בלתי רציף.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סוגות, הבנה והערכה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